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Calibri" w:hAnsi="Calibri" w:eastAsia="Calibri" w:cs="Calibri"/>
          <w:b/>
          <w:bCs/>
          <w:color w:val="366091"/>
          <w:sz w:val="28"/>
          <w:szCs w:val="28"/>
        </w:rPr>
      </w:pPr>
      <w:r>
        <w:rPr>
          <w:rFonts w:eastAsia="Calibri" w:cs="Calibri" w:ascii="Calibri" w:hAnsi="Calibri"/>
          <w:b/>
          <w:bCs/>
          <w:color w:val="366091"/>
          <w:sz w:val="28"/>
          <w:szCs w:val="28"/>
        </w:rPr>
        <w:t>ANEXO II – TABELA DE PONTUAÇÃO DOS MOVIMENTOS SOCIAIS POPULARES</w:t>
      </w:r>
    </w:p>
    <w:tbl>
      <w:tblPr>
        <w:tblStyle w:val="Table4"/>
        <w:tblW w:w="11488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096"/>
        <w:gridCol w:w="2284"/>
        <w:gridCol w:w="1363"/>
        <w:gridCol w:w="3689"/>
        <w:gridCol w:w="2056"/>
      </w:tblGrid>
      <w:tr>
        <w:trPr/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de Cálculo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Comprovações 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pleiteada pelo movimento</w:t>
            </w:r>
          </w:p>
        </w:tc>
      </w:tr>
      <w:tr>
        <w:trPr>
          <w:trHeight w:val="1569" w:hRule="atLeast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Critério A - Realização de turmas do Programa de Formação de Agentes Educadoras e Educadores Populares de Saúde anteriores a este edital;</w:t>
            </w:r>
          </w:p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ou</w:t>
            </w:r>
          </w:p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Ter promovido outros processos formativos relacionados a educação popular em saúde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/>
            </w:pPr>
            <w:r>
              <w:rPr/>
              <w:t>0,2 por turma/formação promovida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  <w:t xml:space="preserve">2 pontos 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/>
              <w:t xml:space="preserve">Para comprovação de realização de turmas do programa </w:t>
            </w:r>
            <w:r>
              <w:rPr>
                <w:b/>
                <w:bCs/>
              </w:rPr>
              <w:t>Agentes Educadoras e Educadores Populares de Saúde anteriores a este edital:</w:t>
            </w:r>
          </w:p>
          <w:p>
            <w:pPr>
              <w:pStyle w:val="Normal1"/>
              <w:widowControl/>
              <w:numPr>
                <w:ilvl w:val="0"/>
                <w:numId w:val="2"/>
              </w:numPr>
              <w:bidi w:val="0"/>
              <w:spacing w:lineRule="auto" w:line="240" w:before="240" w:after="240"/>
              <w:ind w:hanging="340" w:left="680" w:right="0"/>
              <w:jc w:val="left"/>
              <w:rPr/>
            </w:pPr>
            <w:r>
              <w:rPr>
                <w:b/>
                <w:bCs/>
              </w:rPr>
              <w:t xml:space="preserve">Relatórios de </w:t>
              <w:tab/>
              <w:t xml:space="preserve">Atividades, </w:t>
            </w:r>
            <w:r>
              <w:rPr/>
              <w:t xml:space="preserve">com a descrição da quantidade de turmas realizadas pelo movimento social popular reconhecidos e </w:t>
              <w:tab/>
              <w:t xml:space="preserve">assinados por membro(a) da Fiocruz Brasília ou da Escola </w:t>
              <w:tab/>
              <w:t xml:space="preserve">Politécnica de Saúde Joaquim Venâncio (no caso de turmas </w:t>
              <w:tab/>
              <w:t>realizadas na região da Amazônia Legal e Pantanal Sul Mato Grossense);</w:t>
            </w:r>
          </w:p>
          <w:p>
            <w:pPr>
              <w:pStyle w:val="Normal1"/>
              <w:spacing w:lineRule="auto" w:line="240" w:before="240" w:after="240"/>
              <w:ind w:hanging="0" w:left="720"/>
              <w:rPr/>
            </w:pPr>
            <w:r>
              <w:rPr/>
              <w:t>ou</w:t>
            </w:r>
          </w:p>
          <w:p>
            <w:pPr>
              <w:pStyle w:val="Normal1"/>
              <w:numPr>
                <w:ilvl w:val="0"/>
                <w:numId w:val="3"/>
              </w:numPr>
              <w:spacing w:lineRule="auto" w:line="240" w:before="240" w:after="240"/>
              <w:ind w:hanging="360" w:left="720"/>
              <w:rPr/>
            </w:pPr>
            <w:r>
              <w:rPr>
                <w:b/>
                <w:bCs/>
              </w:rPr>
              <w:t xml:space="preserve">certificado/declaração dos(as) educadores(as)  </w:t>
            </w:r>
            <w:r>
              <w:rPr/>
              <w:t xml:space="preserve">  reconhecidos e assinados por membro(a) da Fiocruz Brasília ou da Escola Politécnica de Saúde Joaquim Venâncio (no caso de turmas realizadas na região da Amazônia Legal e Pantanal Sul Mato Grossense);</w:t>
            </w:r>
          </w:p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Para comprovação de realização de processos formativos relacionados a educação popular em saúde:</w:t>
            </w:r>
          </w:p>
          <w:p>
            <w:pPr>
              <w:pStyle w:val="Normal1"/>
              <w:numPr>
                <w:ilvl w:val="0"/>
                <w:numId w:val="6"/>
              </w:numPr>
              <w:spacing w:lineRule="auto" w:line="240" w:before="240" w:after="0"/>
              <w:ind w:hanging="360" w:left="720"/>
              <w:rPr/>
            </w:pPr>
            <w:r>
              <w:rPr>
                <w:b/>
                <w:bCs/>
              </w:rPr>
              <w:t xml:space="preserve">Listas </w:t>
              <w:tab/>
              <w:t>de Presença Originais</w:t>
            </w:r>
            <w:r>
              <w:rPr/>
              <w:t xml:space="preserve"> digitalizadas das formações promovidas, desde que as listas contenham cabeçalho com nome do movimento, da atividade com data e local.</w:t>
            </w:r>
          </w:p>
          <w:p>
            <w:pPr>
              <w:pStyle w:val="Normal1"/>
              <w:numPr>
                <w:ilvl w:val="0"/>
                <w:numId w:val="0"/>
              </w:numPr>
              <w:spacing w:lineRule="auto" w:line="240" w:before="240" w:after="0"/>
              <w:ind w:hanging="0" w:left="720"/>
              <w:rPr/>
            </w:pPr>
            <w:r>
              <w:rPr/>
            </w:r>
          </w:p>
          <w:p>
            <w:pPr>
              <w:pStyle w:val="Normal1"/>
              <w:numPr>
                <w:ilvl w:val="0"/>
                <w:numId w:val="4"/>
              </w:numPr>
              <w:spacing w:lineRule="auto" w:line="240" w:before="0" w:after="240"/>
              <w:ind w:hanging="360" w:left="720"/>
              <w:rPr/>
            </w:pPr>
            <w:r>
              <w:rPr>
                <w:b/>
                <w:bCs/>
              </w:rPr>
              <w:t xml:space="preserve">Prêmios ou Moções: </w:t>
            </w:r>
            <w:r>
              <w:rPr/>
              <w:t>Certificados de premiação ou Moções de Aplauso, expedidos por casas legislativas ou conselhos de direitos, por serviços prestados relacionados à educação popular em saúde.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1569" w:hRule="atLeast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Critério B - Comprovação de assento ou participação ativa do movimento social popular em Instâncias de Controle Social (Conselhos e Conferências), Locais, Municipais, Estaduais ou Nacional.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  <w:t>0,5 por instância/participação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  <w:t>2 pontos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7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 xml:space="preserve">Cópia de </w:t>
            </w:r>
            <w:r>
              <w:rPr>
                <w:b/>
                <w:bCs/>
              </w:rPr>
              <w:t>Ata de Reunião</w:t>
            </w:r>
            <w:r>
              <w:rPr/>
              <w:t xml:space="preserve"> do Conselho onde conste a presença;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  <w:t xml:space="preserve">ou 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7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  <w:t xml:space="preserve">Cópia da publicação da nomeação em </w:t>
            </w:r>
            <w:r>
              <w:rPr>
                <w:b/>
                <w:bCs/>
              </w:rPr>
              <w:t>Diário Oficial</w:t>
            </w:r>
            <w:r>
              <w:rPr/>
              <w:t xml:space="preserve"> (Municipal, Estadual ou União);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  <w:t>ou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>
                <w:u w:val="none"/>
              </w:rPr>
            </w:pPr>
            <w:r>
              <w:rPr/>
            </w:r>
          </w:p>
          <w:p>
            <w:pPr>
              <w:pStyle w:val="Normal1"/>
              <w:widowControl w:val="false"/>
              <w:numPr>
                <w:ilvl w:val="0"/>
                <w:numId w:val="7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u w:val="none"/>
              </w:rPr>
            </w:pPr>
            <w:r>
              <w:rPr>
                <w:b/>
                <w:bCs/>
              </w:rPr>
              <w:t>Declaração ou Certidão</w:t>
            </w:r>
            <w:r>
              <w:rPr/>
              <w:t xml:space="preserve"> emitida e assinada pela Secretária Executiva ou Presidência do Conselho/Conferência em papel timbrado.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/>
            </w:r>
          </w:p>
        </w:tc>
      </w:tr>
      <w:tr>
        <w:trPr>
          <w:trHeight w:val="1569" w:hRule="atLeast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Critério C - Articulação em Rede: Comprovação de parcerias com outros movimentos sociais, ONGs, Universidades, Unidades Básicas de Saúde (UBS) e outros serviços do SUS para realização de ações conjuntas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0" w:after="200"/>
              <w:ind w:hanging="0" w:left="0"/>
              <w:rPr/>
            </w:pPr>
            <w:r>
              <w:rPr/>
              <w:t>0,5 por parceria formalizada ou evento conjunto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  <w:t>2 pontos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7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>
                <w:b/>
                <w:bCs/>
              </w:rPr>
              <w:t>Termo de Cooperação Técnica</w:t>
            </w:r>
            <w:r>
              <w:rPr/>
              <w:t xml:space="preserve"> ou Convênio assinado entre as partes;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  <w:t>ou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7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/>
            </w:pPr>
            <w:r>
              <w:rPr>
                <w:b/>
                <w:bCs/>
              </w:rPr>
              <w:t>Declaração Institucional de Parceria</w:t>
            </w:r>
            <w:r>
              <w:rPr/>
              <w:t xml:space="preserve"> assinada pelo representante legal da instituição parceira (Diretor da UBS, Reitor, Presidente da ONG), em papel timbrado, atestando a realização da ação conjunta.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0"/>
              </w:numPr>
              <w:pBdr/>
              <w:shd w:val="clear" w:fill="auto"/>
              <w:spacing w:lineRule="auto" w:line="240" w:before="0" w:after="0"/>
              <w:ind w:hanging="0" w:left="720" w:right="0"/>
              <w:jc w:val="left"/>
              <w:rPr/>
            </w:pPr>
            <w:r>
              <w:rPr/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</w:r>
          </w:p>
        </w:tc>
      </w:tr>
      <w:tr>
        <w:trPr>
          <w:trHeight w:val="3469" w:hRule="atLeast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240"/>
              <w:rPr>
                <w:b/>
                <w:bCs/>
              </w:rPr>
            </w:pPr>
            <w:r>
              <w:rPr>
                <w:b/>
                <w:bCs/>
              </w:rPr>
              <w:t>Critério D - Carta de Relato: Relato do trabalho coletivo, historicidade, papel nas políticas públicas, motivação e contribuições esperadas (máx. 02 páginas).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5"/>
              </w:numPr>
              <w:ind w:hanging="360" w:left="720"/>
              <w:rPr>
                <w:u w:val="none"/>
              </w:rPr>
            </w:pPr>
            <w:r>
              <w:rPr/>
              <w:t>Relato do trabalho coletivo realizado pelo movimento relacionado à educação popular em saúde (máx 0,8 pontos);</w:t>
            </w:r>
          </w:p>
          <w:p>
            <w:pPr>
              <w:pStyle w:val="Normal1"/>
              <w:numPr>
                <w:ilvl w:val="0"/>
                <w:numId w:val="5"/>
              </w:numPr>
              <w:ind w:hanging="360" w:left="720"/>
              <w:rPr>
                <w:u w:val="none"/>
              </w:rPr>
            </w:pPr>
            <w:r>
              <w:rPr/>
              <w:t>Relato da atuação do movimento em territórios vulnerabilizados (máx 0,8 pontos);</w:t>
            </w:r>
          </w:p>
          <w:p>
            <w:pPr>
              <w:pStyle w:val="Normal1"/>
              <w:numPr>
                <w:ilvl w:val="0"/>
                <w:numId w:val="5"/>
              </w:numPr>
              <w:ind w:hanging="360" w:left="720"/>
              <w:rPr>
                <w:u w:val="none"/>
              </w:rPr>
            </w:pPr>
            <w:r>
              <w:rPr/>
              <w:t xml:space="preserve">Papel do movimento junto às políticas públicas (máx 0,8 pontos) </w:t>
            </w:r>
          </w:p>
          <w:p>
            <w:pPr>
              <w:pStyle w:val="Normal1"/>
              <w:numPr>
                <w:ilvl w:val="0"/>
                <w:numId w:val="5"/>
              </w:numPr>
              <w:ind w:hanging="360" w:left="720"/>
              <w:rPr>
                <w:u w:val="none"/>
              </w:rPr>
            </w:pPr>
            <w:r>
              <w:rPr/>
              <w:t xml:space="preserve">Motivação do Movimento Social Popular relacionada à participação no Programa de Formação de Agentes Educadoras e Educadores Populares de saúde (máx 0,8 pontos) </w:t>
            </w:r>
          </w:p>
          <w:p>
            <w:pPr>
              <w:pStyle w:val="Normal1"/>
              <w:numPr>
                <w:ilvl w:val="0"/>
                <w:numId w:val="5"/>
              </w:numPr>
              <w:spacing w:before="0" w:after="200"/>
              <w:ind w:hanging="360" w:left="720"/>
              <w:rPr>
                <w:u w:val="none"/>
              </w:rPr>
            </w:pPr>
            <w:r>
              <w:rPr/>
              <w:t xml:space="preserve">Contribuições esperadas relacionadas à participação no Programa de Formação de Agentes Educadoras e Educadores Populares de saúde (máx 0,8 pontos) 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  <w:t xml:space="preserve">4 pontos 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8"/>
              </w:numPr>
              <w:pBdr/>
              <w:shd w:val="clear" w:fill="auto"/>
              <w:spacing w:lineRule="auto" w:line="240" w:before="0" w:after="0"/>
              <w:ind w:hanging="360" w:left="720" w:right="0"/>
              <w:jc w:val="left"/>
              <w:rPr>
                <w:u w:val="none"/>
              </w:rPr>
            </w:pPr>
            <w:r>
              <w:rPr/>
              <w:t xml:space="preserve">Documento formal de no máximo 2 páginas assinado pelo </w:t>
            </w:r>
            <w:r>
              <w:rPr>
                <w:b/>
                <w:bCs/>
              </w:rPr>
              <w:t>Proponente do Movimento Social Popular</w:t>
            </w:r>
            <w:r>
              <w:rPr/>
              <w:t>, sob pena de responsabilidade pela veracidade das informações (Art. 299 do Código Penal).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/>
            </w:pPr>
            <w:r>
              <w:rPr/>
            </w:r>
          </w:p>
        </w:tc>
      </w:tr>
      <w:tr>
        <w:trPr>
          <w:trHeight w:val="1065" w:hRule="atLeast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Pontuação Máxima </w:t>
            </w:r>
          </w:p>
        </w:tc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before="0" w:after="200"/>
              <w:ind w:hanging="360" w:left="720"/>
              <w:rPr/>
            </w:pPr>
            <w:r>
              <w:rPr/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10 pontos </w:t>
            </w:r>
          </w:p>
        </w:tc>
        <w:tc>
          <w:tcPr>
            <w:tcW w:w="3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1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jc w:val="right"/>
        <w:rPr>
          <w:b/>
          <w:bCs/>
        </w:rPr>
      </w:pPr>
      <w:r>
        <w:rPr>
          <w:b/>
          <w:bCs/>
        </w:rPr>
        <w:t>_______________, _____ de ________________ de_______</w:t>
      </w:r>
    </w:p>
    <w:p>
      <w:pPr>
        <w:pStyle w:val="Normal1"/>
        <w:spacing w:lineRule="auto" w:line="240"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  <w:r>
        <w:rPr>
          <w:sz w:val="24"/>
          <w:szCs w:val="24"/>
        </w:rPr>
        <w:t>______________</w:t>
      </w:r>
    </w:p>
    <w:p>
      <w:pPr>
        <w:pStyle w:val="Normal1"/>
        <w:spacing w:lineRule="auto" w:line="240" w:before="240" w:after="240"/>
        <w:jc w:val="center"/>
        <w:rPr>
          <w:b/>
          <w:bCs/>
        </w:rPr>
      </w:pPr>
      <w:r>
        <w:rPr>
          <w:sz w:val="24"/>
          <w:szCs w:val="24"/>
        </w:rPr>
        <w:t>Assinatura do Proponente representante/interlocutor do Movimento Social Popular</w:t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240" w:after="200"/>
        <w:ind w:hanging="0" w:left="-425" w:right="-430"/>
        <w:jc w:val="both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spacing w:lineRule="auto" w:line="240" w:before="240" w:after="200"/>
        <w:ind w:hanging="0" w:left="-425" w:right="-430"/>
        <w:jc w:val="both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spacing w:lineRule="auto" w:line="240" w:before="240" w:after="200"/>
        <w:ind w:hanging="0" w:left="-425" w:right="-43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sectPr>
      <w:type w:val="nextPage"/>
      <w:pgSz w:w="12240" w:h="15840"/>
      <w:pgMar w:left="1800" w:right="180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OpenSymbol">
    <w:altName w:val="Arial Unicode MS"/>
    <w:charset w:val="02"/>
    <w:family w:val="auto"/>
    <w:pitch w:val="default"/>
    <w:embedRegular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default"/>
    <w:embedRegular r:id="rId23" w:fontKey="{17014A78-CABC-4EF0-12AC-5CD89AEFDE17}"/>
  </w:font>
  <w:font w:name="Wingdings 2">
    <w:charset w:val="02"/>
    <w:family w:val="auto"/>
    <w:pitch w:val="default"/>
    <w:embedRegular r:id="rId24" w:fontKey="{18014A78-CABC-4EF0-12AC-5CD89AEFDE18}"/>
  </w:font>
  <w:font w:name="OpenSymbol">
    <w:altName w:val="Arial Unicode MS"/>
    <w:charset w:val="01"/>
    <w:family w:val="auto"/>
    <w:pitch w:val="default"/>
    <w:embedRegular r:id="rId18" w:fontKey="{12014A78-CABC-4EF0-12AC-5CD89AEFDE12}"/>
  </w:font>
  <w:font w:name="Symbol">
    <w:charset w:val="02"/>
    <w:family w:val="auto"/>
    <w:pitch w:val="default"/>
    <w:embedRegular r:id="rId25" w:fontKey="{19014A78-CABC-4EF0-12AC-5CD89AEFDE1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Cambria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mbria" w:hAnsi="Cambria" w:eastAsia="Cambria" w:cs="Cambria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0"/>
    </w:pPr>
    <w:rPr>
      <w:rFonts w:ascii="Calibri" w:hAnsi="Calibri" w:eastAsia="Calibri" w:cs="Calibri"/>
      <w:b/>
      <w:bCs/>
      <w:color w:val="366091"/>
      <w:sz w:val="28"/>
      <w:szCs w:val="2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color w:val="4F81BD"/>
      <w:sz w:val="26"/>
      <w:szCs w:val="2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color w:val="4F81BD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i/>
      <w:iCs/>
      <w:color w:val="4F81BD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color w:val="243F61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i/>
      <w:iCs/>
      <w:color w:val="243F61"/>
    </w:rPr>
  </w:style>
  <w:style w:type="paragraph" w:styleId="Heading7">
    <w:name w:val="Heading 7"/>
    <w:basedOn w:val="Normal1"/>
    <w:next w:val="Normal1"/>
    <w:link w:val="Heading7Ch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</w:rPr>
  </w:style>
  <w:style w:type="paragraph" w:styleId="Heading8">
    <w:name w:val="Heading 8"/>
    <w:basedOn w:val="Normal1"/>
    <w:next w:val="Normal1"/>
    <w:link w:val="Heading8Ch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" w:cs="" w:asciiTheme="majorHAnsi" w:cstheme="majorBidi" w:eastAsiaTheme="majorEastAsia" w:hAnsiTheme="majorHAnsi"/>
      <w:color w:themeColor="accent1" w:val="4F81BD"/>
      <w:sz w:val="20"/>
      <w:szCs w:val="20"/>
    </w:rPr>
  </w:style>
  <w:style w:type="paragraph" w:styleId="Heading9">
    <w:name w:val="Heading 9"/>
    <w:basedOn w:val="Normal1"/>
    <w:next w:val="Normal1"/>
    <w:link w:val="Heading9Ch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HeaderChar" w:customStyle="1">
    <w:name w:val="Header Char"/>
    <w:basedOn w:val="DefaultParagraphFont"/>
    <w:uiPriority w:val="99"/>
    <w:qFormat/>
    <w:rsid w:val="00e618bf"/>
    <w:rPr/>
  </w:style>
  <w:style w:type="character" w:styleId="FooterChar" w:customStyle="1">
    <w:name w:val="Footer Char"/>
    <w:basedOn w:val="DefaultParagraphFont"/>
    <w:uiPriority w:val="99"/>
    <w:qFormat/>
    <w:rsid w:val="00e618bf"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TitleChar" w:customStyle="1">
    <w:name w:val="Title Char"/>
    <w:basedOn w:val="DefaultParagraphFont"/>
    <w:uiPriority w:val="10"/>
    <w:qFormat/>
    <w:rsid w:val="00fc693f"/>
    <w:rPr>
      <w:rFonts w:ascii="Calibri" w:hAnsi="Calibri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character" w:styleId="SubtitleChar" w:customStyle="1">
    <w:name w:val="Subtitle Char"/>
    <w:basedOn w:val="DefaultParagraphFont"/>
    <w:uiPriority w:val="11"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character" w:styleId="BodyTextChar" w:customStyle="1">
    <w:name w:val="Body Text Char"/>
    <w:basedOn w:val="DefaultParagraphFont"/>
    <w:uiPriority w:val="99"/>
    <w:qFormat/>
    <w:rsid w:val="00aa1d8d"/>
    <w:rPr/>
  </w:style>
  <w:style w:type="character" w:styleId="BodyText2Char" w:customStyle="1">
    <w:name w:val="Body Text 2 Char"/>
    <w:basedOn w:val="DefaultParagraphFont"/>
    <w:link w:val="BodyText2"/>
    <w:uiPriority w:val="99"/>
    <w:qFormat/>
    <w:rsid w:val="00aa1d8d"/>
    <w:rPr/>
  </w:style>
  <w:style w:type="character" w:styleId="BodyText3Char" w:customStyle="1">
    <w:name w:val="Body Text 3 Ch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MacroTextChar" w:customStyle="1">
    <w:name w:val="Macro Text Char"/>
    <w:basedOn w:val="DefaultParagraphFont"/>
    <w:link w:val="Macro"/>
    <w:uiPriority w:val="99"/>
    <w:qFormat/>
    <w:rsid w:val="0029639d"/>
    <w:rPr>
      <w:rFonts w:ascii="Courier" w:hAnsi="Courier"/>
      <w:sz w:val="20"/>
      <w:szCs w:val="20"/>
    </w:rPr>
  </w:style>
  <w:style w:type="character" w:styleId="QuoteChar" w:customStyle="1">
    <w:name w:val="Quote Char"/>
    <w:basedOn w:val="DefaultParagraphFont"/>
    <w:link w:val="Quote"/>
    <w:uiPriority w:val="29"/>
    <w:qFormat/>
    <w:rsid w:val="00fc693f"/>
    <w:rPr>
      <w:i/>
      <w:iCs/>
      <w:color w:themeColor="text1" w:val="000000"/>
    </w:rPr>
  </w:style>
  <w:style w:type="character" w:styleId="Heading4Char" w:customStyle="1">
    <w:name w:val="Heading 4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i/>
      <w:iCs/>
      <w:color w:themeColor="accent1" w:val="4F81BD"/>
    </w:rPr>
  </w:style>
  <w:style w:type="character" w:styleId="Heading5Char" w:customStyle="1">
    <w:name w:val="Heading 5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themeColor="accent1" w:themeShade="7f" w:val="243F60"/>
    </w:rPr>
  </w:style>
  <w:style w:type="character" w:styleId="Heading6Char" w:customStyle="1">
    <w:name w:val="Heading 6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accent1" w:themeShade="7f" w:val="243F60"/>
    </w:rPr>
  </w:style>
  <w:style w:type="character" w:styleId="Heading7Char" w:customStyle="1">
    <w:name w:val="Heading 7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</w:rPr>
  </w:style>
  <w:style w:type="character" w:styleId="Heading8Char" w:customStyle="1">
    <w:name w:val="Heading 8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themeColor="accent1" w:val="4F81BD"/>
      <w:sz w:val="20"/>
      <w:szCs w:val="20"/>
    </w:rPr>
  </w:style>
  <w:style w:type="character" w:styleId="Heading9Char" w:customStyle="1">
    <w:name w:val="Heading 9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c693f"/>
    <w:rPr>
      <w:b/>
      <w:bCs/>
      <w:i/>
      <w:iCs/>
      <w:color w:themeColor="accent1" w:val="4F81BD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themeColor="text1" w:themeTint="7f" w:val="808080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themeColor="accent1" w:val="4F81BD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themeColor="accent2"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themeColor="accent2"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1"/>
    <w:link w:val="BodyTextChar"/>
    <w:uiPriority w:val="99"/>
    <w:unhideWhenUsed/>
    <w:rsid w:val="00aa1d8d"/>
    <w:pPr>
      <w:spacing w:before="0" w:after="120"/>
    </w:pPr>
    <w:rPr/>
  </w:style>
  <w:style w:type="paragraph" w:styleId="List">
    <w:name w:val="List"/>
    <w:basedOn w:val="Normal1"/>
    <w:uiPriority w:val="99"/>
    <w:unhideWhenUsed/>
    <w:rsid w:val="00aa1d8d"/>
    <w:pPr>
      <w:spacing w:before="0" w:after="200"/>
      <w:ind w:hanging="360" w:left="360"/>
      <w:contextualSpacing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left"/>
    </w:pPr>
    <w:rPr>
      <w:rFonts w:ascii="Cambria" w:hAnsi="Cambria" w:eastAsia="Cambria" w:cs="Cambria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pBdr>
        <w:bottom w:val="single" w:sz="8" w:space="4" w:color="4F81BD"/>
      </w:pBdr>
      <w:spacing w:lineRule="auto" w:line="240" w:before="0" w:after="300"/>
    </w:pPr>
    <w:rPr>
      <w:rFonts w:ascii="Calibri" w:hAnsi="Calibri" w:eastAsia="Calibri" w:cs="Calibri"/>
      <w:color w:val="17365D"/>
      <w:sz w:val="52"/>
      <w:szCs w:val="52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Head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1"/>
    <w:link w:val="Foot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c693f"/>
    <w:pPr>
      <w:widowControl/>
      <w:bidi w:val="0"/>
      <w:spacing w:lineRule="auto" w:line="240" w:before="0" w:after="0"/>
      <w:jc w:val="left"/>
    </w:pPr>
    <w:rPr>
      <w:rFonts w:ascii="Cambria" w:hAnsi="Cambria" w:eastAsia="Cambria" w:cs="Cambria"/>
      <w:color w:val="auto"/>
      <w:kern w:val="0"/>
      <w:sz w:val="22"/>
      <w:szCs w:val="22"/>
      <w:lang w:val="en-US" w:eastAsia="zh-CN" w:bidi="hi-IN"/>
    </w:rPr>
  </w:style>
  <w:style w:type="paragraph" w:styleId="ListParagraph">
    <w:name w:val="List Paragraph"/>
    <w:basedOn w:val="Normal1"/>
    <w:uiPriority w:val="34"/>
    <w:qFormat/>
    <w:rsid w:val="00fc693f"/>
    <w:pPr>
      <w:spacing w:before="0" w:after="200"/>
      <w:ind w:left="720"/>
      <w:contextualSpacing/>
    </w:pPr>
    <w:rPr/>
  </w:style>
  <w:style w:type="paragraph" w:styleId="BodyText2">
    <w:name w:val="Body Text 2"/>
    <w:basedOn w:val="Normal1"/>
    <w:link w:val="BodyText2Ch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1"/>
    <w:link w:val="BodyText3Ch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2">
    <w:name w:val="List 2"/>
    <w:basedOn w:val="Normal1"/>
    <w:uiPriority w:val="99"/>
    <w:unhideWhenUsed/>
    <w:qFormat/>
    <w:rsid w:val="00326f90"/>
    <w:pPr>
      <w:spacing w:before="0" w:after="200"/>
      <w:ind w:hanging="360" w:left="720"/>
      <w:contextualSpacing/>
    </w:pPr>
    <w:rPr/>
  </w:style>
  <w:style w:type="paragraph" w:styleId="List3">
    <w:name w:val="List 3"/>
    <w:basedOn w:val="Normal1"/>
    <w:uiPriority w:val="99"/>
    <w:unhideWhenUsed/>
    <w:qFormat/>
    <w:rsid w:val="00326f90"/>
    <w:pPr>
      <w:spacing w:before="0" w:after="200"/>
      <w:ind w:hanging="360" w:left="1080"/>
      <w:contextualSpacing/>
    </w:pPr>
    <w:rPr/>
  </w:style>
  <w:style w:type="paragraph" w:styleId="ListBullet">
    <w:name w:val="List Bullet"/>
    <w:basedOn w:val="Normal1"/>
    <w:uiPriority w:val="99"/>
    <w:unhideWhenUsed/>
    <w:rsid w:val="00326f90"/>
    <w:pPr>
      <w:numPr>
        <w:ilvl w:val="0"/>
        <w:numId w:val="1"/>
      </w:numPr>
      <w:spacing w:before="0" w:after="200"/>
      <w:contextualSpacing/>
    </w:pPr>
    <w:rPr/>
  </w:style>
  <w:style w:type="paragraph" w:styleId="ListBullet2">
    <w:name w:val="List Bullet 2"/>
    <w:basedOn w:val="Normal1"/>
    <w:uiPriority w:val="99"/>
    <w:unhideWhenUsed/>
    <w:rsid w:val="00326f90"/>
    <w:pPr>
      <w:spacing w:before="0" w:after="200"/>
      <w:contextualSpacing/>
    </w:pPr>
    <w:rPr/>
  </w:style>
  <w:style w:type="paragraph" w:styleId="ListBullet3">
    <w:name w:val="List Bullet 3"/>
    <w:basedOn w:val="Normal1"/>
    <w:uiPriority w:val="99"/>
    <w:unhideWhenUsed/>
    <w:rsid w:val="00326f90"/>
    <w:pPr>
      <w:spacing w:before="0" w:after="200"/>
      <w:contextualSpacing/>
    </w:pPr>
    <w:rPr/>
  </w:style>
  <w:style w:type="paragraph" w:styleId="ListNumber">
    <w:name w:val="List Number"/>
    <w:basedOn w:val="Normal1"/>
    <w:uiPriority w:val="99"/>
    <w:unhideWhenUsed/>
    <w:rsid w:val="00326f90"/>
    <w:pPr>
      <w:spacing w:before="0" w:after="200"/>
      <w:contextualSpacing/>
    </w:pPr>
    <w:rPr/>
  </w:style>
  <w:style w:type="paragraph" w:styleId="ListNumber2">
    <w:name w:val="List Number 2"/>
    <w:basedOn w:val="Normal1"/>
    <w:uiPriority w:val="99"/>
    <w:unhideWhenUsed/>
    <w:rsid w:val="0029639d"/>
    <w:pPr>
      <w:spacing w:before="0" w:after="200"/>
      <w:contextualSpacing/>
    </w:pPr>
    <w:rPr/>
  </w:style>
  <w:style w:type="paragraph" w:styleId="ListNumber3">
    <w:name w:val="List Number 3"/>
    <w:basedOn w:val="Normal1"/>
    <w:uiPriority w:val="99"/>
    <w:unhideWhenUsed/>
    <w:rsid w:val="0029639d"/>
    <w:pPr>
      <w:spacing w:before="0" w:after="200"/>
      <w:contextualSpacing/>
    </w:pPr>
    <w:rPr/>
  </w:style>
  <w:style w:type="paragraph" w:styleId="ListContinue">
    <w:name w:val="List Continue"/>
    <w:basedOn w:val="Normal1"/>
    <w:uiPriority w:val="99"/>
    <w:unhideWhenUsed/>
    <w:rsid w:val="0029639d"/>
    <w:pPr>
      <w:spacing w:before="0" w:after="120"/>
      <w:ind w:left="360"/>
      <w:contextualSpacing/>
    </w:pPr>
    <w:rPr/>
  </w:style>
  <w:style w:type="paragraph" w:styleId="ListContinue2">
    <w:name w:val="List Continue 2"/>
    <w:basedOn w:val="Normal1"/>
    <w:uiPriority w:val="99"/>
    <w:unhideWhenUsed/>
    <w:rsid w:val="0029639d"/>
    <w:pPr>
      <w:spacing w:before="0" w:after="120"/>
      <w:ind w:left="720"/>
      <w:contextualSpacing/>
    </w:pPr>
    <w:rPr/>
  </w:style>
  <w:style w:type="paragraph" w:styleId="ListContinue3">
    <w:name w:val="List Continue 3"/>
    <w:basedOn w:val="Normal1"/>
    <w:uiPriority w:val="99"/>
    <w:unhideWhenUsed/>
    <w:rsid w:val="0029639d"/>
    <w:pPr>
      <w:spacing w:before="0" w:after="120"/>
      <w:ind w:left="1080"/>
      <w:contextualSpacing/>
    </w:pPr>
    <w:rPr/>
  </w:style>
  <w:style w:type="paragraph" w:styleId="Macro">
    <w:name w:val="macro"/>
    <w:link w:val="MacroTextChar"/>
    <w:uiPriority w:val="99"/>
    <w:unhideWhenUsed/>
    <w:qFormat/>
    <w:rsid w:val="0029639d"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bidi w:val="0"/>
      <w:spacing w:lineRule="auto" w:line="276" w:before="0" w:after="200"/>
      <w:jc w:val="left"/>
    </w:pPr>
    <w:rPr>
      <w:rFonts w:ascii="Courier" w:hAnsi="Courier" w:eastAsia="Cambria" w:cs="Cambria"/>
      <w:color w:val="auto"/>
      <w:kern w:val="0"/>
      <w:sz w:val="20"/>
      <w:szCs w:val="20"/>
      <w:lang w:val="en-US" w:eastAsia="zh-CN" w:bidi="hi-IN"/>
    </w:rPr>
  </w:style>
  <w:style w:type="paragraph" w:styleId="Quote">
    <w:name w:val="Quote"/>
    <w:basedOn w:val="Normal1"/>
    <w:next w:val="Normal1"/>
    <w:link w:val="QuoteChar"/>
    <w:uiPriority w:val="29"/>
    <w:qFormat/>
    <w:rsid w:val="00fc693f"/>
    <w:pPr/>
    <w:rPr>
      <w:i/>
      <w:iCs/>
      <w:color w:themeColor="text1" w:val="000000"/>
    </w:rPr>
  </w:style>
  <w:style w:type="paragraph" w:styleId="Caption1">
    <w:name w:val="caption1"/>
    <w:basedOn w:val="Normal1"/>
    <w:next w:val="Normal1"/>
    <w:uiPriority w:val="35"/>
    <w:semiHidden/>
    <w:unhideWhenUsed/>
    <w:qFormat/>
    <w:rsid w:val="00fc693f"/>
    <w:pPr>
      <w:spacing w:lineRule="auto" w:line="240"/>
    </w:pPr>
    <w:rPr>
      <w:b/>
      <w:bCs/>
      <w:color w:themeColor="accent1" w:val="4F81BD"/>
      <w:sz w:val="18"/>
      <w:szCs w:val="18"/>
    </w:rPr>
  </w:style>
  <w:style w:type="paragraph" w:styleId="IntenseQuote">
    <w:name w:val="Intense Quote"/>
    <w:basedOn w:val="Normal1"/>
    <w:next w:val="Normal1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themeColor="accent1" w:val="4F81BD"/>
    </w:rPr>
  </w:style>
  <w:style w:type="paragraph" w:styleId="IndexHeading">
    <w:name w:val="Index Heading"/>
    <w:basedOn w:val="Ttulo"/>
    <w:pPr/>
    <w:rPr/>
  </w:style>
  <w:style w:type="paragraph" w:styleId="TOCHeading">
    <w:name w:val="TOC Heading"/>
    <w:basedOn w:val="Heading1"/>
    <w:next w:val="Normal1"/>
    <w:uiPriority w:val="39"/>
    <w:semiHidden/>
    <w:unhideWhenUsed/>
    <w:qFormat/>
    <w:rsid w:val="00fc693f"/>
    <w:pPr/>
    <w:rPr/>
  </w:style>
  <w:style w:type="paragraph" w:styleId="Subtitle">
    <w:name w:val="Subtitle"/>
    <w:basedOn w:val="Normal1"/>
    <w:next w:val="Normal1"/>
    <w:qFormat/>
    <w:pPr/>
    <w:rPr>
      <w:rFonts w:ascii="Calibri" w:hAnsi="Calibri" w:eastAsia="Calibri" w:cs="Calibri"/>
      <w:i/>
      <w:iCs/>
      <w:color w:val="4F81BD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 w:sz="0" w:space="0"/>
          <w:bottom w:val="single" w:color="000000" w:themeColor="text1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 w:sz="0" w:space="0"/>
          <w:bottom w:val="single" w:color="000000" w:themeColor="text1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 w:sz="0" w:space="0"/>
          <w:bottom w:val="single" w:color="4F81BD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 w:sz="0" w:space="0"/>
          <w:bottom w:val="single" w:color="4F81BD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 w:sz="0" w:space="0"/>
          <w:bottom w:val="single" w:color="C0504D" w:themeColor="accent2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 w:sz="0" w:space="0"/>
          <w:bottom w:val="single" w:color="C0504D" w:themeColor="accent2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 w:sz="0" w:space="0"/>
          <w:bottom w:val="single" w:color="9BBB59" w:themeColor="accent3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 w:sz="0" w:space="0"/>
          <w:bottom w:val="single" w:color="9BBB59" w:themeColor="accent3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 w:sz="0" w:space="0"/>
          <w:bottom w:val="single" w:color="8064A2" w:themeColor="accent4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 w:sz="0" w:space="0"/>
          <w:bottom w:val="single" w:color="8064A2" w:themeColor="accent4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 w:sz="0" w:space="0"/>
          <w:bottom w:val="single" w:color="4BACC6" w:themeColor="accent5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 w:sz="0" w:space="0"/>
          <w:bottom w:val="single" w:color="4BACC6" w:themeColor="accent5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 w:sz="0" w:space="0"/>
          <w:bottom w:val="single" w:color="F79646" w:themeColor="accent6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 w:sz="0" w:space="0"/>
          <w:bottom w:val="single" w:color="F79646" w:themeColor="accent6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 w:sz="0" w:space="0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 w:sz="0" w:space="0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 w:sz="0" w:space="0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 w:sz="0" w:space="0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 w:sz="0" w:space="0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 w:sz="0" w:space="0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 w:sz="0" w:space="0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 w:sz="0" w:space="0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 w:sz="0" w:space="0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 w:sz="0" w:space="0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 w:sz="0" w:space="0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 w:sz="0" w:space="0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 w:sz="0" w:space="0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 w:sz="0" w:space="0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 w:sz="0" w:space="0"/>
          <w:insideV w:val="nil" w:sz="0" w:space="0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 w:sz="0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Col">
      <w:rPr>
        <w:b/>
        <w:bCs/>
        <w:color w:themeColor="background1"/>
      </w:rPr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 w:sz="0" w:space="0"/>
          <w:bottom w:val="single" w:color="auto" w:sz="18" w:space="0"/>
          <w:right w:val="nil" w:sz="0" w:space="0"/>
          <w:insideH w:val="nil" w:sz="0" w:space="0"/>
          <w:insideV w:val="nil" w:sz="0" w:space="0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000000" w:themeColor="tex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4F81BD" w:themeColor="accen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C0504D" w:themeColor="accent2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9BBB59" w:themeColor="accent3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8064A2" w:themeColor="accent4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4BACC6" w:themeColor="accent5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F79646" w:themeColor="accent6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000000" w:themeColor="text1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000000" w:themeColor="text1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000000" w:themeColor="text1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4F81BD" w:themeColor="accent1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4F81BD" w:themeColor="accent1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4F81BD" w:themeColor="accent1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C0504D" w:themeColor="accent2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C0504D" w:themeColor="accent2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9BBB59" w:themeColor="accent3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9BBB59" w:themeColor="accent3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9BBB59" w:themeColor="accent3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8064A2" w:themeColor="accent4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8064A2" w:themeColor="accent4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8064A2" w:themeColor="accent4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4BACC6" w:themeColor="accent5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4BACC6" w:themeColor="accent5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4BACC6" w:themeColor="accent5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 w:sz="0" w:space="0"/>
          <w:left w:val="nil" w:sz="0" w:space="0"/>
          <w:bottom w:val="single" w:color="F79646" w:themeColor="accent6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79646" w:themeColor="accent6" w:sz="8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 w:space="0"/>
          <w:left w:val="single" w:color="F79646" w:themeColor="accent6" w:sz="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 w:sz="0" w:space="0"/>
          <w:bottom w:val="nil" w:sz="0" w:space="0"/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 w:space="0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 w:sz="0" w:space="0"/>
          <w:left w:val="single" w:color="FFFFFF" w:themeColor="background1" w:sz="24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0" w:space="0"/>
          <w:insideV w:val="nil" w:sz="0" w:space="0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FFFFF" w:themeColor="background1" w:sz="18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 w:sz="0" w:space="0"/>
          <w:left w:val="nil" w:sz="0" w:space="0"/>
          <w:bottom w:val="nil" w:sz="0" w:space="0"/>
          <w:right w:val="single" w:color="FFFFFF" w:themeColor="background1" w:sz="18" w:space="0"/>
          <w:insideH w:val="nil" w:sz="0" w:space="0"/>
          <w:insideV w:val="nil" w:sz="0" w:space="0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 w:sz="0" w:space="0"/>
          <w:left w:val="single" w:color="FFFFFF" w:themeColor="background1" w:sz="18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000000" w:themeColor="text1" w:sz="4" w:space="0"/>
          <w:insideV w:val="nil" w:sz="0" w:space="0"/>
        </w:tcBorders>
        <w:shd w:val="clear" w:color="auto" w:fill="000000" w:themeFill="text1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2C4C74" w:themeColor="accent1" w:sz="4" w:space="0"/>
          <w:insideV w:val="nil" w:sz="0" w:space="0"/>
        </w:tcBorders>
        <w:shd w:val="clear" w:color="auto" w:fill="2C4C74" w:themeFill="accent1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C0504D" w:themeColor="accent2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772C2A" w:themeColor="accent2" w:sz="4" w:space="0"/>
          <w:insideV w:val="nil" w:sz="0" w:space="0"/>
        </w:tcBorders>
        <w:shd w:val="clear" w:color="auto" w:fill="772C2A" w:themeFill="accent2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8064A2" w:themeColor="accent4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5E7530" w:themeColor="accent3" w:sz="4" w:space="0"/>
          <w:insideV w:val="nil" w:sz="0" w:space="0"/>
        </w:tcBorders>
        <w:shd w:val="clear" w:color="auto" w:fill="5E7530" w:themeFill="accent3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9BBB59" w:themeColor="accent3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4C3B62" w:themeColor="accent4" w:sz="4" w:space="0"/>
          <w:insideV w:val="nil" w:sz="0" w:space="0"/>
        </w:tcBorders>
        <w:shd w:val="clear" w:color="auto" w:fill="4C3B62" w:themeFill="accent4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F79646" w:themeColor="accent6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276A7C" w:themeColor="accent5" w:sz="4" w:space="0"/>
          <w:insideV w:val="nil" w:sz="0" w:space="0"/>
        </w:tcBorders>
        <w:shd w:val="clear" w:color="auto" w:fill="276A7C" w:themeFill="accent5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 w:sz="0" w:space="0"/>
          <w:left w:val="nil" w:sz="0" w:space="0"/>
          <w:bottom w:val="single" w:color="4BACC6" w:themeColor="accent5" w:sz="24" w:space="0"/>
          <w:right w:val="nil" w:sz="0" w:space="0"/>
          <w:insideH w:val="nil" w:sz="0" w:space="0"/>
          <w:insideV w:val="nil" w:sz="0" w:space="0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single" w:color="B65608" w:themeColor="accent6" w:sz="4" w:space="0"/>
          <w:insideV w:val="nil" w:sz="0" w:space="0"/>
        </w:tcBorders>
        <w:shd w:val="clear" w:color="auto" w:fill="B65608" w:themeFill="accent6" w:themeFillShade="99"/>
      </w:tcPr>
    </w:tblStylePr>
    <w:tblStylePr w:type="lastCol">
      <w:rPr>
        <w:color w:themeColor="background1"/>
      </w:rPr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 w:sz="0" w:space="0"/>
          <w:left w:val="nil" w:sz="0" w:space="0"/>
          <w:bottom w:val="nil" w:sz="0" w:space="0"/>
          <w:right w:val="nil" w:sz="0" w:space="0"/>
          <w:insideH w:val="nil" w:sz="0" w:space="0"/>
          <w:insideV w:val="nil" w:sz="0" w:space="0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8AOcP58zv0NW0lUqu6EN3H83ZDA==">CgMxLjA4AHIhMXpXUzdZN2NsdGlDUGRXRUhSa0d5Z1NTNUNyeXNRMHo1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LibreOffice/24.2.3.2$Windows_X86_64 LibreOffice_project/433d9c2ded56988e8a90e6b2e771ee4e6a5ab2ba</Application>
  <AppVersion>15.0000</AppVersion>
  <Pages>4</Pages>
  <Words>550</Words>
  <Characters>3269</Characters>
  <CharactersWithSpaces>3764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/>
  <dc:language>pt-BR</dc:language>
  <cp:lastModifiedBy/>
  <dcterms:modified xsi:type="dcterms:W3CDTF">2026-01-23T21:23:38Z</dcterms:modified>
  <cp:revision>1</cp:revision>
  <dc:subject/>
  <dc:title/>
</cp:coreProperties>
</file>